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PRZEDSĄDOWE WEZWANIE DO ZAPŁATY</w:t>
      </w:r>
    </w:p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268"/>
          </w:tcPr>
          <w:p>
            <w:r>
              <w:rPr>
                <w:color w:val="6B7280"/>
              </w:rPr>
              <w:t>Miejscowość:</w:t>
            </w:r>
          </w:p>
        </w:tc>
        <w:tc>
          <w:tcPr>
            <w:tcW w:type="dxa" w:w="2835"/>
          </w:tcPr>
          <w:p>
            <w:r>
              <w:t>........</w:t>
            </w:r>
          </w:p>
        </w:tc>
      </w:tr>
      <w:tr>
        <w:tc>
          <w:tcPr>
            <w:tcW w:type="dxa" w:w="2268"/>
          </w:tcPr>
          <w:p>
            <w:r>
              <w:rPr>
                <w:color w:val="6B7280"/>
              </w:rPr>
              <w:t>Data:</w:t>
            </w:r>
          </w:p>
        </w:tc>
        <w:tc>
          <w:tcPr>
            <w:tcW w:type="dxa" w:w="2835"/>
          </w:tcPr>
          <w:p>
            <w:r>
              <w:t>........</w:t>
            </w:r>
          </w:p>
        </w:tc>
      </w:tr>
      <w:tr>
        <w:tc>
          <w:tcPr>
            <w:tcW w:type="dxa" w:w="2268"/>
          </w:tcPr>
          <w:p>
            <w:r>
              <w:rPr>
                <w:color w:val="6B7280"/>
              </w:rPr>
              <w:t>Nr sprawy (opcjonalnie):</w:t>
            </w:r>
          </w:p>
        </w:tc>
        <w:tc>
          <w:tcPr>
            <w:tcW w:type="dxa" w:w="2835"/>
          </w:tcPr>
          <w:p>
            <w:r>
              <w:t>........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Wierzyciel (wykonawca)</w:t>
            </w:r>
          </w:p>
          <w:p>
            <w:r>
              <w:t>Imię i nazwisko / firma: ........................</w:t>
            </w:r>
          </w:p>
          <w:p>
            <w:r>
              <w:t>Adres: ........................</w:t>
            </w:r>
          </w:p>
          <w:p>
            <w:r>
              <w:t>NIP: ........................</w:t>
            </w:r>
          </w:p>
          <w:p>
            <w:r>
              <w:t>Telefon, e-mail: ........................</w:t>
            </w:r>
          </w:p>
        </w:tc>
        <w:tc>
          <w:tcPr>
            <w:tcW w:type="dxa" w:w="4819"/>
          </w:tcPr>
          <w:p>
            <w:r>
              <w:rPr>
                <w:b/>
              </w:rPr>
              <w:t>Dłużnik (zamawiający)</w:t>
            </w:r>
          </w:p>
          <w:p>
            <w:r>
              <w:t>Imię i nazwisko: ........................</w:t>
            </w:r>
          </w:p>
          <w:p>
            <w:r>
              <w:t>Adres zamieszkania / do doręczeń: ........................</w:t>
            </w:r>
          </w:p>
          <w:p>
            <w:r>
              <w:t>........................</w:t>
            </w:r>
          </w:p>
          <w:p>
            <w:r>
              <w:t>Telefon, e-mail: ........................</w:t>
            </w:r>
          </w:p>
        </w:tc>
      </w:tr>
    </w:tbl>
    <w:p/>
    <w:p>
      <w:pPr>
        <w:spacing w:before="160"/>
      </w:pPr>
      <w:r>
        <w:rPr>
          <w:b/>
          <w:sz w:val="22"/>
        </w:rPr>
        <w:t>1. Wezwanie</w:t>
      </w:r>
    </w:p>
    <w:p>
      <w:r>
        <w:t>Wzywam Pana/Panią do zapłaty kwoty ........ zł (słownie: ........................................ złotych) tytułem wynagrodzenia za prace wykonane na podstawie umowy / zaakceptowanej wyceny / oferty cenowej nr ........ z dnia ........, polegające na: ........................................................, pod adresem: ........................................ . Prace zostały odebrane w dniu ........ (protokół odbioru nr ........ z dnia ........).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rHeight w:val="397"/>
        </w:trPr>
        <w:tc>
          <w:tcPr>
            <w:tcW w:type="dxa" w:w="57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Lp.</w:t>
            </w:r>
          </w:p>
        </w:tc>
        <w:tc>
          <w:tcPr>
            <w:tcW w:type="dxa" w:w="250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Dokument (faktura / rachunek)</w:t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Data wystawienia</w:t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Termin płatności</w:t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Kwota</w:t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Zapłacono</w:t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Pozostało do zapłaty</w:t>
            </w:r>
          </w:p>
        </w:tc>
      </w:tr>
      <w:tr>
        <w:trPr>
          <w:trHeight w:val="397"/>
        </w:trPr>
        <w:tc>
          <w:tcPr>
            <w:tcW w:type="dxa" w:w="57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50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57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50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57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50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57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50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57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250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57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250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57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250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57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250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57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50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Razem pozostało do zapłaty</w:t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253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34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</w:tr>
    </w:tbl>
    <w:p/>
    <w:p>
      <w:pPr>
        <w:spacing w:before="160"/>
      </w:pPr>
      <w:r>
        <w:rPr>
          <w:b/>
          <w:sz w:val="22"/>
        </w:rPr>
        <w:t>2. Odsetki</w:t>
      </w:r>
    </w:p>
    <w:p>
      <w:r>
        <w:t>Wraz z należnością główną wzywam do zapłaty odsetek ustawowych za opóźnienie (art. 481 § 1 i § 2 Kodeksu cywilnego) liczonych od dnia ........ (dzień następujący po terminie płatności) do dnia zapłaty. Na dzień sporządzenia wezwania odsetki wynoszą ........ zł.</w:t>
      </w:r>
    </w:p>
    <w:p>
      <w:pPr>
        <w:spacing w:before="160"/>
      </w:pPr>
      <w:r>
        <w:rPr>
          <w:b/>
          <w:sz w:val="22"/>
        </w:rPr>
        <w:t>3. Termin i sposób zapłaty</w:t>
      </w:r>
    </w:p>
    <w:p>
      <w:r>
        <w:t>Wskazaną kwotę proszę wpłacić w terminie 7 dni od dnia doręczenia niniejszego wezwania na rachunek bankowy nr: ........................................................ (bank: ........................), w tytule przelewu podając: ........................ .</w:t>
      </w:r>
    </w:p>
    <w:p>
      <w:r>
        <w:t>Jeżeli nie jest Pan/Pani w stanie zapłacić całości jednorazowo, proszę o kontakt w tym samym terminie (tel. ........, e-mail: ........) w celu ustalenia polubownego rozwiązania, np. rozłożenia należności na raty. Niniejsze wezwanie stanowi próbę pozasądowego rozwiązania sporu.</w:t>
      </w:r>
    </w:p>
    <w:p>
      <w:pPr>
        <w:spacing w:before="160"/>
      </w:pPr>
      <w:r>
        <w:rPr>
          <w:b/>
          <w:sz w:val="22"/>
        </w:rPr>
        <w:t>4. Skutki braku zapłaty</w:t>
      </w:r>
    </w:p>
    <w:p>
      <w:r>
        <w:t>W razie bezskutecznego upływu powyższego terminu skieruję sprawę na drogę sądową bez dodatkowego wezwania, co może narazić Pana/Panią na obowiązek zwrotu kosztów postępowania sądowego, a następnie kosztów egzekucji komorniczej.</w:t>
      </w:r>
    </w:p>
    <w:p>
      <w:r>
        <w:t>[Klauzula BIG: usuń, jeżeli nie masz umowy z biurem informacji gospodarczej] Jednocześnie informuję o zamiarze przekazania danych dotyczących zaległego zobowiązania do biura informacji gospodarczej: ........................................ (nazwa biura), z siedzibą: ........................................ (adres siedziby biura), na podstawie art. 14 ustawy z dnia 9 kwietnia 2010 r. o udostępnianiu informacji gospodarczych i wymianie danych gospodarczych. Dane mogą zostać przekazane nie wcześniej niż po upływie miesiąca od wysłania niniejszego wezwania. Przysługuje Panu/Pani prawo zgłoszenia wierzycielowi sprzeciwu wobec zamiaru przekazania danych do biura (art. 15a tej ustawy).</w:t>
      </w:r>
    </w:p>
    <w:p>
      <w:pPr>
        <w:spacing w:before="160"/>
      </w:pPr>
      <w:r>
        <w:rPr>
          <w:b/>
          <w:sz w:val="22"/>
        </w:rPr>
        <w:t>5. Załączniki</w:t>
      </w:r>
    </w:p>
    <w:p>
      <w:pPr>
        <w:pStyle w:val="ListBullet"/>
      </w:pPr>
      <w:r>
        <w:t>kopia umowy / zaakceptowanej wyceny lub oferty cenowej: ........</w:t>
      </w:r>
    </w:p>
    <w:p>
      <w:pPr>
        <w:pStyle w:val="ListBullet"/>
      </w:pPr>
      <w:r>
        <w:t>kopia protokołu odbioru: ........</w:t>
      </w:r>
    </w:p>
    <w:p>
      <w:pPr>
        <w:pStyle w:val="ListBullet"/>
      </w:pPr>
      <w:r>
        <w:t>kopia faktury lub rachunku: ........</w:t>
      </w:r>
    </w:p>
    <w:p>
      <w:pPr>
        <w:pStyle w:val="ListBullet"/>
      </w:pPr>
      <w:r>
        <w:t>wyliczenie odsetek (opcjonalnie): ........</w:t>
      </w:r>
    </w:p>
    <w:p/>
    <w:p/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>
              <w:t>..............................................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t>..............................................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sz w:val="17"/>
              </w:rPr>
              <w:t>(data i podpis: Data wysłania / doręczenia)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sz w:val="17"/>
              </w:rPr>
              <w:t>(data i podpis: Podpis wierzyciela)</w:t>
            </w:r>
          </w:p>
        </w:tc>
      </w:tr>
    </w:tbl>
    <w:p>
      <w:r>
        <w:rPr>
          <w:color w:val="6B7280"/>
          <w:sz w:val="17"/>
        </w:rPr>
        <w:t>Wskazówki: wyślij wezwanie listem poleconym za potwierdzeniem odbioru (warunek wpisu do BIG, art. 14 ust. 1 pkt 3 ustawy o udostępnianiu informacji gospodarczych) i dodatkowo e-mailem; zachowaj dowód nadania. Odsetki ustawowe za opóźnienie od 5 marca 2026 r. wynoszą 9,25% w skali roku (M.P. z 2026 r. poz. 367); przed wysłaniem sprawdź, czy ich wysokość się nie zmieniła. Konsumentowi nie nalicza się odsetek w transakcjach handlowych ani rekompensaty 40 euro. Wezwanie do zapłaty nie przerywa biegu przedawnienia. Wzór ma charakter informacyjny; stan prawny: wrzesień 2026.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5"/>
      </w:rPr>
      <w:t>Wzór do pobrania: latwawycena.pl. Ten sam dokument wypełnisz online i wyślesz klientowi jako PDF.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